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54044B" w14:textId="0318D19B" w:rsidR="00050F3F" w:rsidRPr="00687196" w:rsidRDefault="00000000">
      <w:pPr>
        <w:jc w:val="center"/>
        <w:rPr>
          <w:sz w:val="24"/>
          <w:szCs w:val="24"/>
        </w:rPr>
      </w:pPr>
      <w:r w:rsidRPr="00687196">
        <w:rPr>
          <w:b/>
          <w:color w:val="2C3E50"/>
          <w:sz w:val="24"/>
          <w:szCs w:val="24"/>
        </w:rPr>
        <w:t xml:space="preserve">Beoordelingsschema </w:t>
      </w:r>
      <w:r w:rsidR="000664EB">
        <w:rPr>
          <w:b/>
          <w:color w:val="2C3E50"/>
          <w:sz w:val="24"/>
          <w:szCs w:val="24"/>
        </w:rPr>
        <w:t>presentatie</w:t>
      </w:r>
    </w:p>
    <w:p w14:paraId="71359A38" w14:textId="77777777" w:rsidR="00050F3F" w:rsidRPr="000664EB" w:rsidRDefault="00000000">
      <w:pPr>
        <w:jc w:val="center"/>
        <w:rPr>
          <w:b/>
          <w:bCs/>
          <w:iCs/>
          <w:sz w:val="24"/>
          <w:szCs w:val="24"/>
        </w:rPr>
      </w:pPr>
      <w:r w:rsidRPr="000664EB">
        <w:rPr>
          <w:b/>
          <w:bCs/>
          <w:iCs/>
          <w:sz w:val="24"/>
          <w:szCs w:val="24"/>
        </w:rPr>
      </w:r>
      <w:r>
        <w:t>Maatschappelijk onderwerp</w:t>
      </w:r>
    </w:p>
    <w:tbl>
      <w:tblPr>
        <w:tblStyle w:val="Tabelraster"/>
        <w:tblW w:w="0" w:type="auto"/>
        <w:jc w:val="center"/>
        <w:tblLook w:val="04A0" w:firstRow="1" w:lastRow="0" w:firstColumn="1" w:lastColumn="0" w:noHBand="0" w:noVBand="1"/>
      </w:tblPr>
      <w:tblGrid>
        <w:gridCol w:w="2321"/>
        <w:gridCol w:w="3402"/>
        <w:gridCol w:w="1701"/>
        <w:gridCol w:w="2835"/>
      </w:tblGrid>
      <w:tr w:rsidR="00050F3F" w:rsidRPr="00687196" w14:paraId="3DBC6B37" w14:textId="77777777" w:rsidTr="00687196">
        <w:trPr>
          <w:jc w:val="center"/>
        </w:trPr>
        <w:tc>
          <w:tcPr>
            <w:tcW w:w="2321" w:type="dxa"/>
            <w:shd w:val="clear" w:color="auto" w:fill="DCE6F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306A428B" w14:textId="77777777" w:rsidR="00050F3F" w:rsidRPr="00687196" w:rsidRDefault="00000000">
            <w:pPr>
              <w:rPr>
                <w:sz w:val="24"/>
                <w:szCs w:val="24"/>
              </w:rPr>
            </w:pPr>
            <w:r w:rsidRPr="00687196">
              <w:rPr>
                <w:b/>
                <w:sz w:val="24"/>
                <w:szCs w:val="24"/>
              </w:rPr>
              <w:t>Naam student</w:t>
            </w:r>
          </w:p>
        </w:tc>
        <w:tc>
          <w:tcPr>
            <w:tcW w:w="3402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5C70481" w14:textId="4521F068" w:rsidR="00050F3F" w:rsidRPr="00687196" w:rsidRDefault="00050F3F">
            <w:pPr>
              <w:rPr>
                <w:sz w:val="24"/>
                <w:szCs w:val="24"/>
              </w:rPr>
            </w:pPr>
          </w:p>
          <w:p w14:paraId="77878D0F" w14:textId="77777777" w:rsidR="00687196" w:rsidRPr="00687196" w:rsidRDefault="0068719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DCE6F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263B6BFE" w14:textId="77777777" w:rsidR="00050F3F" w:rsidRPr="00687196" w:rsidRDefault="00000000">
            <w:pPr>
              <w:rPr>
                <w:sz w:val="24"/>
                <w:szCs w:val="24"/>
              </w:rPr>
            </w:pPr>
            <w:r w:rsidRPr="00687196">
              <w:rPr>
                <w:b/>
                <w:sz w:val="24"/>
                <w:szCs w:val="24"/>
              </w:rPr>
              <w:t>Klas</w:t>
            </w:r>
          </w:p>
        </w:tc>
        <w:tc>
          <w:tcPr>
            <w:tcW w:w="2835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0AAA658" w14:textId="4B3CFA8A" w:rsidR="00050F3F" w:rsidRPr="00687196" w:rsidRDefault="00687196">
            <w:pPr>
              <w:rPr>
                <w:sz w:val="24"/>
                <w:szCs w:val="24"/>
              </w:rPr>
            </w:pPr>
            <w:r w:rsidRPr="00687196">
              <w:rPr>
                <w:sz w:val="24"/>
                <w:szCs w:val="24"/>
              </w:rPr>
              <w:t xml:space="preserve"> </w:t>
            </w:r>
          </w:p>
        </w:tc>
      </w:tr>
      <w:tr w:rsidR="00050F3F" w:rsidRPr="00687196" w14:paraId="5487BB73" w14:textId="77777777" w:rsidTr="00687196">
        <w:trPr>
          <w:jc w:val="center"/>
        </w:trPr>
        <w:tc>
          <w:tcPr>
            <w:tcW w:w="2321" w:type="dxa"/>
            <w:shd w:val="clear" w:color="auto" w:fill="DCE6F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069F061" w14:textId="77777777" w:rsidR="00050F3F" w:rsidRPr="00687196" w:rsidRDefault="00000000">
            <w:pPr>
              <w:rPr>
                <w:sz w:val="24"/>
                <w:szCs w:val="24"/>
              </w:rPr>
            </w:pPr>
            <w:r w:rsidRPr="00687196">
              <w:rPr>
                <w:b/>
                <w:sz w:val="24"/>
                <w:szCs w:val="24"/>
              </w:rPr>
              <w:t>Onderwerp</w:t>
            </w:r>
          </w:p>
        </w:tc>
        <w:tc>
          <w:tcPr>
            <w:tcW w:w="3402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B25D325" w14:textId="4210A7F0" w:rsidR="00687196" w:rsidRPr="00687196" w:rsidRDefault="00687196">
            <w:pPr>
              <w:rPr>
                <w:sz w:val="24"/>
                <w:szCs w:val="24"/>
              </w:rPr>
            </w:pPr>
          </w:p>
          <w:p w14:paraId="7B377314" w14:textId="7DE32D93" w:rsidR="00050F3F" w:rsidRPr="00687196" w:rsidRDefault="00687196">
            <w:pPr>
              <w:rPr>
                <w:sz w:val="24"/>
                <w:szCs w:val="24"/>
              </w:rPr>
            </w:pPr>
            <w:r w:rsidRPr="00687196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shd w:val="clear" w:color="auto" w:fill="DCE6F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1946CF2A" w14:textId="77777777" w:rsidR="00050F3F" w:rsidRPr="00687196" w:rsidRDefault="00000000">
            <w:pPr>
              <w:rPr>
                <w:sz w:val="24"/>
                <w:szCs w:val="24"/>
              </w:rPr>
            </w:pPr>
            <w:r w:rsidRPr="00687196">
              <w:rPr>
                <w:b/>
                <w:sz w:val="24"/>
                <w:szCs w:val="24"/>
              </w:rPr>
              <w:t>Datum</w:t>
            </w:r>
          </w:p>
        </w:tc>
        <w:tc>
          <w:tcPr>
            <w:tcW w:w="2835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C863AB9" w14:textId="0F0489D0" w:rsidR="00050F3F" w:rsidRPr="00687196" w:rsidRDefault="00687196">
            <w:pPr>
              <w:rPr>
                <w:sz w:val="24"/>
                <w:szCs w:val="24"/>
              </w:rPr>
            </w:pPr>
            <w:r w:rsidRPr="00687196">
              <w:rPr>
                <w:sz w:val="24"/>
                <w:szCs w:val="24"/>
              </w:rPr>
              <w:t xml:space="preserve"> </w:t>
            </w:r>
          </w:p>
        </w:tc>
      </w:tr>
    </w:tbl>
    <w:p w14:paraId="762F085C" w14:textId="77777777" w:rsidR="00050F3F" w:rsidRPr="00687196" w:rsidRDefault="00050F3F">
      <w:pPr>
        <w:rPr>
          <w:sz w:val="24"/>
          <w:szCs w:val="24"/>
        </w:rPr>
      </w:pPr>
    </w:p>
    <w:p w14:paraId="0560AC9C" w14:textId="77777777" w:rsidR="00050F3F" w:rsidRPr="00687196" w:rsidRDefault="00000000">
      <w:pPr>
        <w:rPr>
          <w:sz w:val="24"/>
          <w:szCs w:val="24"/>
        </w:rPr>
      </w:pPr>
      <w:r w:rsidRPr="00687196">
        <w:rPr>
          <w:b/>
          <w:color w:val="2C3E50"/>
          <w:sz w:val="24"/>
          <w:szCs w:val="24"/>
        </w:rPr>
        <w:t>Beoordeling</w:t>
      </w:r>
    </w:p>
    <w:tbl>
      <w:tblPr>
        <w:tblStyle w:val="Tabelraster"/>
        <w:tblW w:w="0" w:type="auto"/>
        <w:jc w:val="center"/>
        <w:tblLook w:val="04A0" w:firstRow="1" w:lastRow="0" w:firstColumn="1" w:lastColumn="0" w:noHBand="0" w:noVBand="1"/>
      </w:tblPr>
      <w:tblGrid>
        <w:gridCol w:w="2154"/>
        <w:gridCol w:w="5216"/>
        <w:gridCol w:w="1134"/>
        <w:gridCol w:w="1701"/>
      </w:tblGrid>
      <w:tr w:rsidR="00050F3F" w:rsidRPr="00687196" w14:paraId="424E6366" w14:textId="77777777">
        <w:trPr>
          <w:jc w:val="center"/>
        </w:trPr>
        <w:tc>
          <w:tcPr>
            <w:tcW w:w="2154" w:type="dxa"/>
            <w:shd w:val="clear" w:color="auto" w:fill="B8CCE4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68CA8176" w14:textId="77777777" w:rsidR="00050F3F" w:rsidRPr="00687196" w:rsidRDefault="00000000">
            <w:pPr>
              <w:jc w:val="center"/>
              <w:rPr>
                <w:sz w:val="24"/>
                <w:szCs w:val="24"/>
              </w:rPr>
            </w:pPr>
            <w:r w:rsidRPr="00687196">
              <w:rPr>
                <w:b/>
                <w:sz w:val="24"/>
                <w:szCs w:val="24"/>
              </w:rPr>
              <w:t>Onderdeel</w:t>
            </w:r>
          </w:p>
        </w:tc>
        <w:tc>
          <w:tcPr>
            <w:tcW w:w="5216" w:type="dxa"/>
            <w:shd w:val="clear" w:color="auto" w:fill="B8CCE4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3BD56CD3" w14:textId="0D93077C" w:rsidR="00050F3F" w:rsidRPr="00687196" w:rsidRDefault="00687196">
            <w:pPr>
              <w:jc w:val="center"/>
              <w:rPr>
                <w:sz w:val="24"/>
                <w:szCs w:val="24"/>
              </w:rPr>
            </w:pPr>
            <w:r w:rsidRPr="00687196">
              <w:rPr>
                <w:b/>
                <w:sz w:val="24"/>
                <w:szCs w:val="24"/>
              </w:rPr>
              <w:t>Criteria beoordeling</w:t>
            </w:r>
          </w:p>
        </w:tc>
        <w:tc>
          <w:tcPr>
            <w:tcW w:w="1134" w:type="dxa"/>
            <w:shd w:val="clear" w:color="auto" w:fill="B8CCE4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05BCB625" w14:textId="77777777" w:rsidR="00050F3F" w:rsidRPr="00687196" w:rsidRDefault="00000000">
            <w:pPr>
              <w:jc w:val="center"/>
              <w:rPr>
                <w:sz w:val="24"/>
                <w:szCs w:val="24"/>
              </w:rPr>
            </w:pPr>
            <w:r w:rsidRPr="00687196">
              <w:rPr>
                <w:b/>
                <w:sz w:val="24"/>
                <w:szCs w:val="24"/>
              </w:rPr>
              <w:t>Score</w:t>
            </w:r>
          </w:p>
        </w:tc>
        <w:tc>
          <w:tcPr>
            <w:tcW w:w="1701" w:type="dxa"/>
            <w:shd w:val="clear" w:color="auto" w:fill="B8CCE4"/>
            <w:tcMar>
              <w:top w:w="90" w:type="dxa"/>
              <w:left w:w="110" w:type="dxa"/>
              <w:bottom w:w="90" w:type="dxa"/>
              <w:right w:w="110" w:type="dxa"/>
            </w:tcMar>
            <w:vAlign w:val="center"/>
          </w:tcPr>
          <w:p w14:paraId="33A4549A" w14:textId="77777777" w:rsidR="00050F3F" w:rsidRPr="00687196" w:rsidRDefault="00000000">
            <w:pPr>
              <w:jc w:val="center"/>
              <w:rPr>
                <w:sz w:val="24"/>
                <w:szCs w:val="24"/>
              </w:rPr>
            </w:pPr>
            <w:r w:rsidRPr="00687196">
              <w:rPr>
                <w:b/>
                <w:sz w:val="24"/>
                <w:szCs w:val="24"/>
              </w:rPr>
              <w:t>Opmerking</w:t>
            </w:r>
          </w:p>
        </w:tc>
      </w:tr>
      <w:tr w:rsidR="00050F3F" w:rsidRPr="00687196" w14:paraId="6E76BA0C" w14:textId="77777777">
        <w:trPr>
          <w:jc w:val="center"/>
        </w:trPr>
        <w:tc>
          <w:tcPr>
            <w:tcW w:w="2154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Inhoud en opbouw</w:t>
            </w:r>
          </w:p>
        </w:tc>
        <w:tc>
          <w:tcPr>
            <w:tcW w:w="5216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Onderwerp is duidelijk; inleiding, kern met drie deelonderwerpen en slot zijn logisch opgebouwd en passen goed bij elkaar.</w:t>
            </w:r>
          </w:p>
        </w:tc>
        <w:tc>
          <w:tcPr>
            <w:tcW w:w="1134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…. / 10</w:t>
            </w:r>
          </w:p>
        </w:tc>
        <w:tc>
          <w:tcPr>
            <w:tcW w:w="1701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 w14:paraId="4F258BF3" w14:textId="77777777" w:rsidR="00050F3F" w:rsidRPr="00687196" w:rsidRDefault="00050F3F">
            <w:pPr>
              <w:rPr>
                <w:sz w:val="24"/>
                <w:szCs w:val="24"/>
              </w:rPr>
            </w:pPr>
          </w:p>
        </w:tc>
      </w:tr>
      <w:tr w:rsidR="00050F3F" w:rsidRPr="00687196" w14:paraId="5FF35060" w14:textId="77777777">
        <w:trPr>
          <w:jc w:val="center"/>
        </w:trPr>
        <w:tc>
          <w:tcPr>
            <w:tcW w:w="2154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PowerPoint</w:t>
            </w:r>
          </w:p>
        </w:tc>
        <w:tc>
          <w:tcPr>
            <w:tcW w:w="5216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Dia's zijn overzichtelijk; vooral steekwoorden; tekst en afbeeldingen zijn duidelijk en passen bij het onderwerp.</w:t>
            </w:r>
          </w:p>
        </w:tc>
        <w:tc>
          <w:tcPr>
            <w:tcW w:w="1134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..... / 5</w:t>
            </w:r>
          </w:p>
        </w:tc>
        <w:tc>
          <w:tcPr>
            <w:tcW w:w="1701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 w14:paraId="26CB4A6F" w14:textId="77777777" w:rsidR="00050F3F" w:rsidRPr="00687196" w:rsidRDefault="00050F3F">
            <w:pPr>
              <w:rPr>
                <w:sz w:val="24"/>
                <w:szCs w:val="24"/>
              </w:rPr>
            </w:pPr>
          </w:p>
        </w:tc>
      </w:tr>
      <w:tr w:rsidR="00050F3F" w:rsidRPr="00687196" w14:paraId="0BDCE31B" w14:textId="77777777">
        <w:trPr>
          <w:jc w:val="center"/>
        </w:trPr>
        <w:tc>
          <w:tcPr>
            <w:tcW w:w="2154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Presenteren</w:t>
            </w:r>
          </w:p>
        </w:tc>
        <w:tc>
          <w:tcPr>
            <w:tcW w:w="5216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Spreekt duidelijk; legt het onderwerp in eigen woorden uit; kijkt naar publiek; leest niet alles voor; beantwoordt vragen voldoende.</w:t>
            </w:r>
          </w:p>
        </w:tc>
        <w:tc>
          <w:tcPr>
            <w:tcW w:w="1134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>
            <w:r/>
            <w:r>
              <w:rPr>
                <w:rFonts w:ascii="Aptos" w:hAnsi="Aptos"/>
                <w:sz w:val="20"/>
              </w:rPr>
              <w:t>..... / 5</w:t>
            </w:r>
          </w:p>
        </w:tc>
        <w:tc>
          <w:tcPr>
            <w:tcW w:w="1701" w:type="dxa"/>
            <w:tcMar>
              <w:top w:w="100" w:type="dxa"/>
              <w:left w:w="110" w:type="dxa"/>
              <w:bottom w:w="100" w:type="dxa"/>
              <w:right w:w="110" w:type="dxa"/>
            </w:tcMar>
            <w:vAlign w:val="center"/>
          </w:tcPr>
          <w:p w14:paraId="678C4917" w14:textId="77777777" w:rsidR="00050F3F" w:rsidRPr="00687196" w:rsidRDefault="00050F3F">
            <w:pPr>
              <w:rPr>
                <w:sz w:val="24"/>
                <w:szCs w:val="24"/>
              </w:rPr>
            </w:pPr>
          </w:p>
        </w:tc>
      </w:tr>
    </w:tbl>
    <w:p w14:paraId="0A2A56E9" w14:textId="1B2A5A31" w:rsidR="000664EB" w:rsidRDefault="000664EB">
      <w:pPr>
        <w:rPr>
          <w:sz w:val="24"/>
          <w:szCs w:val="24"/>
          <w:lang w:val="nl-NL"/>
        </w:rPr>
      </w:pPr>
    </w:p>
    <w:tbl>
      <w:tblPr>
        <w:tblStyle w:val="Tabelraster"/>
        <w:tblW w:w="0" w:type="auto"/>
        <w:jc w:val="center"/>
        <w:tblLook w:val="04A0" w:firstRow="1" w:lastRow="0" w:firstColumn="1" w:lastColumn="0" w:noHBand="0" w:noVBand="1"/>
      </w:tblPr>
      <w:tblGrid>
        <w:gridCol w:w="2321"/>
        <w:gridCol w:w="3402"/>
        <w:gridCol w:w="1701"/>
        <w:gridCol w:w="2835"/>
      </w:tblGrid>
      <w:tr w:rsidR="000664EB" w:rsidRPr="00687196" w14:paraId="63B05A77" w14:textId="77777777" w:rsidTr="00B26E23">
        <w:trPr>
          <w:jc w:val="center"/>
        </w:trPr>
        <w:tc>
          <w:tcPr>
            <w:tcW w:w="2321" w:type="dxa"/>
            <w:shd w:val="clear" w:color="auto" w:fill="DCE6F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F7D2855" w14:textId="0741C484" w:rsidR="000664EB" w:rsidRPr="00687196" w:rsidRDefault="000664EB" w:rsidP="00B26E23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Totaal</w:t>
            </w:r>
          </w:p>
        </w:tc>
        <w:tc>
          <w:tcPr>
            <w:tcW w:w="3402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0F811AFA" w14:textId="77777777" w:rsidR="000664EB" w:rsidRPr="00687196" w:rsidRDefault="000664EB" w:rsidP="00B26E23">
            <w:pPr>
              <w:rPr>
                <w:sz w:val="24"/>
                <w:szCs w:val="24"/>
              </w:rPr>
            </w:pPr>
          </w:p>
          <w:p w14:paraId="66F490FB" w14:textId="033592EC" w:rsidR="000664EB" w:rsidRPr="00687196" w:rsidRDefault="000664EB" w:rsidP="00B26E2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------- punten: …. /2 = ……</w:t>
            </w:r>
          </w:p>
        </w:tc>
        <w:tc>
          <w:tcPr>
            <w:tcW w:w="1701" w:type="dxa"/>
            <w:shd w:val="clear" w:color="auto" w:fill="DCE6F1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4F6AD4CF" w14:textId="138D6B6C" w:rsidR="000664EB" w:rsidRPr="000664EB" w:rsidRDefault="000664EB" w:rsidP="00B26E23">
            <w:pPr>
              <w:rPr>
                <w:b/>
                <w:bCs/>
                <w:sz w:val="24"/>
                <w:szCs w:val="24"/>
              </w:rPr>
            </w:pPr>
            <w:r w:rsidRPr="000664EB">
              <w:rPr>
                <w:b/>
                <w:bCs/>
                <w:sz w:val="24"/>
                <w:szCs w:val="24"/>
              </w:rPr>
              <w:t>Cijfer</w:t>
            </w:r>
          </w:p>
        </w:tc>
        <w:tc>
          <w:tcPr>
            <w:tcW w:w="2835" w:type="dxa"/>
            <w:tcMar>
              <w:top w:w="80" w:type="dxa"/>
              <w:left w:w="100" w:type="dxa"/>
              <w:bottom w:w="80" w:type="dxa"/>
              <w:right w:w="100" w:type="dxa"/>
            </w:tcMar>
            <w:vAlign w:val="center"/>
          </w:tcPr>
          <w:p w14:paraId="5072EB0E" w14:textId="77777777" w:rsidR="000664EB" w:rsidRPr="00687196" w:rsidRDefault="000664EB" w:rsidP="00B26E23">
            <w:pPr>
              <w:rPr>
                <w:sz w:val="24"/>
                <w:szCs w:val="24"/>
              </w:rPr>
            </w:pPr>
            <w:r w:rsidRPr="00687196">
              <w:rPr>
                <w:sz w:val="24"/>
                <w:szCs w:val="24"/>
              </w:rPr>
              <w:t xml:space="preserve"> </w:t>
            </w:r>
          </w:p>
        </w:tc>
      </w:tr>
    </w:tbl>
    <w:p w14:paraId="717C7ABA" w14:textId="77777777" w:rsidR="000664EB" w:rsidRPr="00687196" w:rsidRDefault="000664EB">
      <w:pPr>
        <w:rPr>
          <w:sz w:val="24"/>
          <w:szCs w:val="24"/>
          <w:lang w:val="nl-NL"/>
        </w:rPr>
      </w:pPr>
    </w:p>
    <w:sectPr w:rsidR="000664EB" w:rsidRPr="00687196" w:rsidSect="00034616">
      <w:pgSz w:w="12240" w:h="15840"/>
      <w:pgMar w:top="850" w:right="964" w:bottom="850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jstnummering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jstnummering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jstopsomteken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jstopsomteken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jstnummering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jstopsomteken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668344">
    <w:abstractNumId w:val="8"/>
  </w:num>
  <w:num w:numId="2" w16cid:durableId="667489392">
    <w:abstractNumId w:val="6"/>
  </w:num>
  <w:num w:numId="3" w16cid:durableId="1126659892">
    <w:abstractNumId w:val="5"/>
  </w:num>
  <w:num w:numId="4" w16cid:durableId="1694842450">
    <w:abstractNumId w:val="4"/>
  </w:num>
  <w:num w:numId="5" w16cid:durableId="401030441">
    <w:abstractNumId w:val="7"/>
  </w:num>
  <w:num w:numId="6" w16cid:durableId="372386661">
    <w:abstractNumId w:val="3"/>
  </w:num>
  <w:num w:numId="7" w16cid:durableId="2132478820">
    <w:abstractNumId w:val="2"/>
  </w:num>
  <w:num w:numId="8" w16cid:durableId="1455096886">
    <w:abstractNumId w:val="1"/>
  </w:num>
  <w:num w:numId="9" w16cid:durableId="627323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50F3F"/>
    <w:rsid w:val="0006063C"/>
    <w:rsid w:val="000664EB"/>
    <w:rsid w:val="0015074B"/>
    <w:rsid w:val="0029639D"/>
    <w:rsid w:val="00326F90"/>
    <w:rsid w:val="00684EF2"/>
    <w:rsid w:val="00687196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E77A062"/>
  <w14:defaultImageDpi w14:val="300"/>
  <w15:docId w15:val="{C617A027-76D7-491D-89F5-1B8073C17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FC693F"/>
    <w:rPr>
      <w:rFonts w:ascii="Aptos" w:hAnsi="Aptos"/>
      <w:sz w:val="21"/>
    </w:rPr>
  </w:style>
  <w:style w:type="paragraph" w:styleId="Kop1">
    <w:name w:val="heading 1"/>
    <w:basedOn w:val="Standaard"/>
    <w:next w:val="Standaard"/>
    <w:link w:val="Kop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E618BF"/>
  </w:style>
  <w:style w:type="paragraph" w:styleId="Voettekst">
    <w:name w:val="footer"/>
    <w:basedOn w:val="Standaard"/>
    <w:link w:val="Voettekst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E618BF"/>
  </w:style>
  <w:style w:type="paragraph" w:styleId="Geenafstand">
    <w:name w:val="No Spacing"/>
    <w:uiPriority w:val="1"/>
    <w:qFormat/>
    <w:rsid w:val="00FC693F"/>
    <w:pPr>
      <w:spacing w:after="0" w:line="240" w:lineRule="auto"/>
    </w:pPr>
  </w:style>
  <w:style w:type="character" w:customStyle="1" w:styleId="Kop1Char">
    <w:name w:val="Kop 1 Char"/>
    <w:basedOn w:val="Standaardalinea-lettertype"/>
    <w:link w:val="Kop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Kop2Char">
    <w:name w:val="Kop 2 Char"/>
    <w:basedOn w:val="Standaardalinea-lettertype"/>
    <w:link w:val="Kop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el">
    <w:name w:val="Title"/>
    <w:basedOn w:val="Standaard"/>
    <w:next w:val="Standaard"/>
    <w:link w:val="Tite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elChar">
    <w:name w:val="Titel Char"/>
    <w:basedOn w:val="Standaardalinea-lettertype"/>
    <w:link w:val="Ti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jstalinea">
    <w:name w:val="List Paragraph"/>
    <w:basedOn w:val="Standaard"/>
    <w:uiPriority w:val="34"/>
    <w:qFormat/>
    <w:rsid w:val="00FC693F"/>
    <w:pPr>
      <w:ind w:left="720"/>
      <w:contextualSpacing/>
    </w:pPr>
  </w:style>
  <w:style w:type="paragraph" w:styleId="Plattetekst">
    <w:name w:val="Body Text"/>
    <w:basedOn w:val="Standaard"/>
    <w:link w:val="PlattetekstChar"/>
    <w:uiPriority w:val="99"/>
    <w:unhideWhenUsed/>
    <w:rsid w:val="00AA1D8D"/>
    <w:pPr>
      <w:spacing w:after="120"/>
    </w:pPr>
  </w:style>
  <w:style w:type="character" w:customStyle="1" w:styleId="PlattetekstChar">
    <w:name w:val="Platte tekst Char"/>
    <w:basedOn w:val="Standaardalinea-lettertype"/>
    <w:link w:val="Plattetekst"/>
    <w:uiPriority w:val="99"/>
    <w:rsid w:val="00AA1D8D"/>
  </w:style>
  <w:style w:type="paragraph" w:styleId="Plattetekst2">
    <w:name w:val="Body Text 2"/>
    <w:basedOn w:val="Standaard"/>
    <w:link w:val="Plattetekst2Char"/>
    <w:uiPriority w:val="99"/>
    <w:unhideWhenUsed/>
    <w:rsid w:val="00AA1D8D"/>
    <w:pPr>
      <w:spacing w:after="120" w:line="480" w:lineRule="auto"/>
    </w:pPr>
  </w:style>
  <w:style w:type="character" w:customStyle="1" w:styleId="Plattetekst2Char">
    <w:name w:val="Platte tekst 2 Char"/>
    <w:basedOn w:val="Standaardalinea-lettertype"/>
    <w:link w:val="Plattetekst2"/>
    <w:uiPriority w:val="99"/>
    <w:rsid w:val="00AA1D8D"/>
  </w:style>
  <w:style w:type="paragraph" w:styleId="Plattetekst3">
    <w:name w:val="Body Text 3"/>
    <w:basedOn w:val="Standaard"/>
    <w:link w:val="Platteteks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lattetekst3Char">
    <w:name w:val="Platte tekst 3 Char"/>
    <w:basedOn w:val="Standaardalinea-lettertype"/>
    <w:link w:val="Plattetekst3"/>
    <w:uiPriority w:val="99"/>
    <w:rsid w:val="00AA1D8D"/>
    <w:rPr>
      <w:sz w:val="16"/>
      <w:szCs w:val="16"/>
    </w:rPr>
  </w:style>
  <w:style w:type="paragraph" w:styleId="Lijst">
    <w:name w:val="List"/>
    <w:basedOn w:val="Standaard"/>
    <w:uiPriority w:val="99"/>
    <w:unhideWhenUsed/>
    <w:rsid w:val="00AA1D8D"/>
    <w:pPr>
      <w:ind w:left="360" w:hanging="360"/>
      <w:contextualSpacing/>
    </w:pPr>
  </w:style>
  <w:style w:type="paragraph" w:styleId="Lijst2">
    <w:name w:val="List 2"/>
    <w:basedOn w:val="Standaard"/>
    <w:uiPriority w:val="99"/>
    <w:unhideWhenUsed/>
    <w:rsid w:val="00326F90"/>
    <w:pPr>
      <w:ind w:left="720" w:hanging="360"/>
      <w:contextualSpacing/>
    </w:pPr>
  </w:style>
  <w:style w:type="paragraph" w:styleId="Lijst3">
    <w:name w:val="List 3"/>
    <w:basedOn w:val="Standaard"/>
    <w:uiPriority w:val="99"/>
    <w:unhideWhenUsed/>
    <w:rsid w:val="00326F90"/>
    <w:pPr>
      <w:ind w:left="1080" w:hanging="360"/>
      <w:contextualSpacing/>
    </w:pPr>
  </w:style>
  <w:style w:type="paragraph" w:styleId="Lijstopsomteken">
    <w:name w:val="List Bullet"/>
    <w:basedOn w:val="Standaard"/>
    <w:uiPriority w:val="99"/>
    <w:unhideWhenUsed/>
    <w:rsid w:val="00326F90"/>
    <w:pPr>
      <w:numPr>
        <w:numId w:val="1"/>
      </w:numPr>
      <w:contextualSpacing/>
    </w:pPr>
  </w:style>
  <w:style w:type="paragraph" w:styleId="Lijstopsomteken2">
    <w:name w:val="List Bullet 2"/>
    <w:basedOn w:val="Standaard"/>
    <w:uiPriority w:val="99"/>
    <w:unhideWhenUsed/>
    <w:rsid w:val="00326F90"/>
    <w:pPr>
      <w:numPr>
        <w:numId w:val="2"/>
      </w:numPr>
      <w:contextualSpacing/>
    </w:pPr>
  </w:style>
  <w:style w:type="paragraph" w:styleId="Lijstopsomteken3">
    <w:name w:val="List Bullet 3"/>
    <w:basedOn w:val="Standaard"/>
    <w:uiPriority w:val="99"/>
    <w:unhideWhenUsed/>
    <w:rsid w:val="00326F90"/>
    <w:pPr>
      <w:numPr>
        <w:numId w:val="3"/>
      </w:numPr>
      <w:contextualSpacing/>
    </w:pPr>
  </w:style>
  <w:style w:type="paragraph" w:styleId="Lijstnummering">
    <w:name w:val="List Number"/>
    <w:basedOn w:val="Standaard"/>
    <w:uiPriority w:val="99"/>
    <w:unhideWhenUsed/>
    <w:rsid w:val="00326F90"/>
    <w:pPr>
      <w:numPr>
        <w:numId w:val="5"/>
      </w:numPr>
      <w:contextualSpacing/>
    </w:pPr>
  </w:style>
  <w:style w:type="paragraph" w:styleId="Lijstnummering2">
    <w:name w:val="List Number 2"/>
    <w:basedOn w:val="Standaard"/>
    <w:uiPriority w:val="99"/>
    <w:unhideWhenUsed/>
    <w:rsid w:val="0029639D"/>
    <w:pPr>
      <w:numPr>
        <w:numId w:val="6"/>
      </w:numPr>
      <w:contextualSpacing/>
    </w:pPr>
  </w:style>
  <w:style w:type="paragraph" w:styleId="Lijstnummering3">
    <w:name w:val="List Number 3"/>
    <w:basedOn w:val="Standaard"/>
    <w:uiPriority w:val="99"/>
    <w:unhideWhenUsed/>
    <w:rsid w:val="0029639D"/>
    <w:pPr>
      <w:numPr>
        <w:numId w:val="7"/>
      </w:numPr>
      <w:contextualSpacing/>
    </w:pPr>
  </w:style>
  <w:style w:type="paragraph" w:styleId="Lijstvoortzetting">
    <w:name w:val="List Continue"/>
    <w:basedOn w:val="Standaard"/>
    <w:uiPriority w:val="99"/>
    <w:unhideWhenUsed/>
    <w:rsid w:val="0029639D"/>
    <w:pPr>
      <w:spacing w:after="120"/>
      <w:ind w:left="360"/>
      <w:contextualSpacing/>
    </w:pPr>
  </w:style>
  <w:style w:type="paragraph" w:styleId="Lijstvoortzetting2">
    <w:name w:val="List Continue 2"/>
    <w:basedOn w:val="Standaard"/>
    <w:uiPriority w:val="99"/>
    <w:unhideWhenUsed/>
    <w:rsid w:val="0029639D"/>
    <w:pPr>
      <w:spacing w:after="120"/>
      <w:ind w:left="720"/>
      <w:contextualSpacing/>
    </w:pPr>
  </w:style>
  <w:style w:type="paragraph" w:styleId="Lijstvoortzetting3">
    <w:name w:val="List Continue 3"/>
    <w:basedOn w:val="Standaard"/>
    <w:uiPriority w:val="99"/>
    <w:unhideWhenUsed/>
    <w:rsid w:val="0029639D"/>
    <w:pPr>
      <w:spacing w:after="120"/>
      <w:ind w:left="1080"/>
      <w:contextualSpacing/>
    </w:pPr>
  </w:style>
  <w:style w:type="paragraph" w:styleId="Macrotekst">
    <w:name w:val="macro"/>
    <w:link w:val="Macroteks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kstChar">
    <w:name w:val="Macrotekst Char"/>
    <w:basedOn w:val="Standaardalinea-lettertype"/>
    <w:link w:val="Macrotekst"/>
    <w:uiPriority w:val="99"/>
    <w:rsid w:val="0029639D"/>
    <w:rPr>
      <w:rFonts w:ascii="Courier" w:hAnsi="Courier"/>
      <w:sz w:val="20"/>
      <w:szCs w:val="20"/>
    </w:rPr>
  </w:style>
  <w:style w:type="paragraph" w:styleId="Citaat">
    <w:name w:val="Quote"/>
    <w:basedOn w:val="Standaard"/>
    <w:next w:val="Standaard"/>
    <w:link w:val="CitaatChar"/>
    <w:uiPriority w:val="29"/>
    <w:qFormat/>
    <w:rsid w:val="00FC693F"/>
    <w:rPr>
      <w:i/>
      <w:iCs/>
      <w:color w:val="000000" w:themeColor="text1"/>
    </w:rPr>
  </w:style>
  <w:style w:type="character" w:customStyle="1" w:styleId="CitaatChar">
    <w:name w:val="Citaat Char"/>
    <w:basedOn w:val="Standaardalinea-lettertype"/>
    <w:link w:val="Citaat"/>
    <w:uiPriority w:val="29"/>
    <w:rsid w:val="00FC693F"/>
    <w:rPr>
      <w:i/>
      <w:iCs/>
      <w:color w:val="000000" w:themeColor="text1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jschrift">
    <w:name w:val="caption"/>
    <w:basedOn w:val="Standaard"/>
    <w:next w:val="Standaard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Zwaar">
    <w:name w:val="Strong"/>
    <w:basedOn w:val="Standaardalinea-lettertype"/>
    <w:uiPriority w:val="22"/>
    <w:qFormat/>
    <w:rsid w:val="00FC693F"/>
    <w:rPr>
      <w:b/>
      <w:bCs/>
    </w:rPr>
  </w:style>
  <w:style w:type="character" w:styleId="Nadruk">
    <w:name w:val="Emphasis"/>
    <w:basedOn w:val="Standaardalinea-lettertype"/>
    <w:uiPriority w:val="20"/>
    <w:qFormat/>
    <w:rsid w:val="00FC693F"/>
    <w:rPr>
      <w:i/>
      <w:iCs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FC693F"/>
    <w:rPr>
      <w:b/>
      <w:bCs/>
      <w:i/>
      <w:iCs/>
      <w:color w:val="4F81BD" w:themeColor="accent1"/>
    </w:rPr>
  </w:style>
  <w:style w:type="character" w:styleId="Subtielebenadrukking">
    <w:name w:val="Subtle Emphasis"/>
    <w:basedOn w:val="Standaardalinea-lettertype"/>
    <w:uiPriority w:val="19"/>
    <w:qFormat/>
    <w:rsid w:val="00FC693F"/>
    <w:rPr>
      <w:i/>
      <w:iCs/>
      <w:color w:val="808080" w:themeColor="text1" w:themeTint="7F"/>
    </w:rPr>
  </w:style>
  <w:style w:type="character" w:styleId="Intensievebenadrukking">
    <w:name w:val="Intense Emphasis"/>
    <w:basedOn w:val="Standaardalinea-lettertype"/>
    <w:uiPriority w:val="21"/>
    <w:qFormat/>
    <w:rsid w:val="00FC693F"/>
    <w:rPr>
      <w:b/>
      <w:bCs/>
      <w:i/>
      <w:iCs/>
      <w:color w:val="4F81BD" w:themeColor="accent1"/>
    </w:rPr>
  </w:style>
  <w:style w:type="character" w:styleId="Subtieleverwijzing">
    <w:name w:val="Subtle Reference"/>
    <w:basedOn w:val="Standaardalinea-lettertype"/>
    <w:uiPriority w:val="31"/>
    <w:qFormat/>
    <w:rsid w:val="00FC693F"/>
    <w:rPr>
      <w:smallCaps/>
      <w:color w:val="C0504D" w:themeColor="accent2"/>
      <w:u w:val="single"/>
    </w:rPr>
  </w:style>
  <w:style w:type="character" w:styleId="Intensieveverwijzing">
    <w:name w:val="Intense Reference"/>
    <w:basedOn w:val="Standaardalinea-lettertype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elvanboek">
    <w:name w:val="Book Title"/>
    <w:basedOn w:val="Standaardalinea-lettertype"/>
    <w:uiPriority w:val="33"/>
    <w:qFormat/>
    <w:rsid w:val="00FC693F"/>
    <w:rPr>
      <w:b/>
      <w:bCs/>
      <w:smallCaps/>
      <w:spacing w:val="5"/>
    </w:rPr>
  </w:style>
  <w:style w:type="paragraph" w:styleId="Kopvaninhoudsopgave">
    <w:name w:val="TOC Heading"/>
    <w:basedOn w:val="Kop1"/>
    <w:next w:val="Standaard"/>
    <w:uiPriority w:val="39"/>
    <w:semiHidden/>
    <w:unhideWhenUsed/>
    <w:qFormat/>
    <w:rsid w:val="00FC693F"/>
    <w:pPr>
      <w:outlineLvl w:val="9"/>
    </w:pPr>
  </w:style>
  <w:style w:type="table" w:styleId="Tabelraster">
    <w:name w:val="Table Grid"/>
    <w:basedOn w:val="Standaardtab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chtearcering">
    <w:name w:val="Light Shading"/>
    <w:basedOn w:val="Standaardtab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chtearcering-accent1">
    <w:name w:val="Light Shading Accent 1"/>
    <w:basedOn w:val="Standaardtab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chtearcering-accent2">
    <w:name w:val="Light Shading Accent 2"/>
    <w:basedOn w:val="Standaardtab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chtearcering-accent3">
    <w:name w:val="Light Shading Accent 3"/>
    <w:basedOn w:val="Standaardtab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chtearcering-accent4">
    <w:name w:val="Light Shading Accent 4"/>
    <w:basedOn w:val="Standaardtab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chtearcering-accent5">
    <w:name w:val="Light Shading Accent 5"/>
    <w:basedOn w:val="Standaardtab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chtearcering-accent6">
    <w:name w:val="Light Shading Accent 6"/>
    <w:basedOn w:val="Standaardtab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chtelijst">
    <w:name w:val="Light List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chtelijst-accent1">
    <w:name w:val="Light List Accent 1"/>
    <w:basedOn w:val="Standaardtab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chtelijst-accent2">
    <w:name w:val="Light List Accent 2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chtelijst-accent3">
    <w:name w:val="Light List Accent 3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chtelijst-accent4">
    <w:name w:val="Light List Accent 4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chtelijst-accent5">
    <w:name w:val="Light List Accent 5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chtelijst-accent6">
    <w:name w:val="Light List Accent 6"/>
    <w:basedOn w:val="Standaardtab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chtraster">
    <w:name w:val="Light Grid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chtraster-accent1">
    <w:name w:val="Light Grid Accent 1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chtraster-accent2">
    <w:name w:val="Light Grid Accent 2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chtraster-accent3">
    <w:name w:val="Light Grid Accent 3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chtraster-accent4">
    <w:name w:val="Light Grid Accent 4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chtraster-accent5">
    <w:name w:val="Light Grid Accent 5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chtraster-accent6">
    <w:name w:val="Light Grid Accent 6"/>
    <w:basedOn w:val="Standaardtab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Gemiddeldearcering1">
    <w:name w:val="Medium Shading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1">
    <w:name w:val="Medium Shading 1 Accent 1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2">
    <w:name w:val="Medium Shading 1 Accent 2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3">
    <w:name w:val="Medium Shading 1 Accent 3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4">
    <w:name w:val="Medium Shading 1 Accent 4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5">
    <w:name w:val="Medium Shading 1 Accent 5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1-accent6">
    <w:name w:val="Medium Shading 1 Accent 6"/>
    <w:basedOn w:val="Standaardtab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Gemiddeldearcering2">
    <w:name w:val="Medium Shading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1">
    <w:name w:val="Medium Shading 2 Accent 1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2">
    <w:name w:val="Medium Shading 2 Accent 2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3">
    <w:name w:val="Medium Shading 2 Accent 3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4">
    <w:name w:val="Medium Shading 2 Accent 4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5">
    <w:name w:val="Medium Shading 2 Accent 5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arcering2-accent6">
    <w:name w:val="Medium Shading 2 Accent 6"/>
    <w:basedOn w:val="Standaardtab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Gemiddeldelijst1">
    <w:name w:val="Medium Lis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Gemiddeldelijst1-accent1">
    <w:name w:val="Medium List 1 Accent 1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Gemiddeldelijst1-accent2">
    <w:name w:val="Medium List 1 Accent 2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Gemiddeldelijst1-accent3">
    <w:name w:val="Medium List 1 Accent 3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Gemiddeldelijst1-accent4">
    <w:name w:val="Medium List 1 Accent 4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Gemiddeldelijst1-accent5">
    <w:name w:val="Medium List 1 Accent 5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Gemiddeldelijst1-accent6">
    <w:name w:val="Medium List 1 Accent 6"/>
    <w:basedOn w:val="Standaardtab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Gemiddeldelijst2">
    <w:name w:val="Medium Lis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1">
    <w:name w:val="Medium List 2 Accent 1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2">
    <w:name w:val="Medium List 2 Accent 2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3">
    <w:name w:val="Medium List 2 Accent 3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4">
    <w:name w:val="Medium List 2 Accent 4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5">
    <w:name w:val="Medium List 2 Accent 5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elijst2-accent6">
    <w:name w:val="Medium List 2 Accent 6"/>
    <w:basedOn w:val="Standaardtab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emiddeldraster1">
    <w:name w:val="Medium Grid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emiddeldraster1-accent1">
    <w:name w:val="Medium Grid 1 Accent 1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emiddeldraster1-accent2">
    <w:name w:val="Medium Grid 1 Accent 2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emiddeldraster1-accent3">
    <w:name w:val="Medium Grid 1 Accent 3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emiddeldraster1-accent4">
    <w:name w:val="Medium Grid 1 Accent 4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emiddeldraster1-accent5">
    <w:name w:val="Medium Grid 1 Accent 5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emiddeldraster1-accent6">
    <w:name w:val="Medium Grid 1 Accent 6"/>
    <w:basedOn w:val="Standaardtab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emiddeldraster2">
    <w:name w:val="Medium Grid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1">
    <w:name w:val="Medium Grid 2 Accent 1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2">
    <w:name w:val="Medium Grid 2 Accent 2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3">
    <w:name w:val="Medium Grid 2 Accent 3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4">
    <w:name w:val="Medium Grid 2 Accent 4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5">
    <w:name w:val="Medium Grid 2 Accent 5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2-accent6">
    <w:name w:val="Medium Grid 2 Accent 6"/>
    <w:basedOn w:val="Standaardtab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emiddeldraster3">
    <w:name w:val="Medium Grid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emiddeldraster3-accent1">
    <w:name w:val="Medium Grid 3 Accent 1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emiddeldraster3-accent2">
    <w:name w:val="Medium Grid 3 Accent 2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emiddeldraster3-accent3">
    <w:name w:val="Medium Grid 3 Accent 3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emiddeldraster3-accent4">
    <w:name w:val="Medium Grid 3 Accent 4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emiddeldraster3-accent5">
    <w:name w:val="Medium Grid 3 Accent 5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emiddeldraster3-accent6">
    <w:name w:val="Medium Grid 3 Accent 6"/>
    <w:basedOn w:val="Standaardtab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onkerelijst">
    <w:name w:val="Dark List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onkerelijst-accent1">
    <w:name w:val="Dark List Accent 1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onkerelijst-accent2">
    <w:name w:val="Dark List Accent 2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onkerelijst-accent3">
    <w:name w:val="Dark List Accent 3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onkerelijst-accent4">
    <w:name w:val="Dark List Accent 4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onkerelijst-accent5">
    <w:name w:val="Dark List Accent 5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onkerelijst-accent6">
    <w:name w:val="Dark List Accent 6"/>
    <w:basedOn w:val="Standaardtab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leurrijkearcering">
    <w:name w:val="Colorful Shading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1">
    <w:name w:val="Colorful Shading Accent 1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2">
    <w:name w:val="Colorful Shading Accent 2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3">
    <w:name w:val="Colorful Shading Accent 3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earcering-accent4">
    <w:name w:val="Colorful Shading Accent 4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5">
    <w:name w:val="Colorful Shading Accent 5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arcering-accent6">
    <w:name w:val="Colorful Shading Accent 6"/>
    <w:basedOn w:val="Standaardtab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leurrijkelijst">
    <w:name w:val="Colorful List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leurrijkelijst-accent1">
    <w:name w:val="Colorful List Accent 1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leurrijkelijst-accent2">
    <w:name w:val="Colorful List Accent 2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leurrijkelijst-accent3">
    <w:name w:val="Colorful List Accent 3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leurrijkelijst-accent4">
    <w:name w:val="Colorful List Accent 4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leurrijkelijst-accent5">
    <w:name w:val="Colorful List Accent 5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leurrijkelijst-accent6">
    <w:name w:val="Colorful List Accent 6"/>
    <w:basedOn w:val="Standaardtab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leurrijkraster">
    <w:name w:val="Colorful Grid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leurrijkraster-accent1">
    <w:name w:val="Colorful Grid Accent 1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leurrijkraster-accent2">
    <w:name w:val="Colorful Grid Accent 2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leurrijkraster-accent3">
    <w:name w:val="Colorful Grid Accent 3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leurrijkraster-accent4">
    <w:name w:val="Colorful Grid Accent 4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leurrijkraster-accent5">
    <w:name w:val="Colorful Grid Accent 5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leurrijkraster-accent6">
    <w:name w:val="Colorful Grid Accent 6"/>
    <w:basedOn w:val="Standaardtab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88</Words>
  <Characters>486</Characters>
  <Application>Microsoft Office Word</Application>
  <DocSecurity>0</DocSecurity>
  <Lines>4</Lines>
  <Paragraphs>1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573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Keulaerds, Theo</cp:lastModifiedBy>
  <cp:revision>2</cp:revision>
  <cp:lastPrinted>2026-03-23T12:47:00Z</cp:lastPrinted>
  <dcterms:created xsi:type="dcterms:W3CDTF">2026-03-23T12:48:00Z</dcterms:created>
  <dcterms:modified xsi:type="dcterms:W3CDTF">2026-03-23T12:48:00Z</dcterms:modified>
  <cp:category/>
</cp:coreProperties>
</file>