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Antwoordmodel: Signaalwoorden in de tekst 'Minihersenen kweken in het lab'</w:t>
      </w:r>
    </w:p>
    <w:p>
      <w:pPr>
        <w:pStyle w:val="Heading2"/>
      </w:pPr>
      <w:r>
        <w:t>A. Expliciete signaalwoorden</w:t>
      </w:r>
    </w:p>
    <w:p>
      <w:r>
        <w:t>1. Maar met hersenen: gedoe, gedoe, gedoe.</w:t>
        <w:br/>
        <w:t xml:space="preserve">   Signaalwoord: maar</w:t>
        <w:br/>
        <w:t xml:space="preserve">   Verband: tegenstelling</w:t>
        <w:br/>
      </w:r>
    </w:p>
    <w:p>
      <w:r>
        <w:t>2. In plaats van de cellen zoals gebruikelijk eerst chemisch van elkaar los te maken, besloten ze te kijken wat er gebeurt als je een plakje weefsel op kweek zet.</w:t>
        <w:br/>
        <w:t xml:space="preserve">   Signaalwoord: in plaats van</w:t>
        <w:br/>
        <w:t xml:space="preserve">   Verband: tegenstelling</w:t>
        <w:br/>
      </w:r>
    </w:p>
    <w:p>
      <w:r>
        <w:t>3. Achteraf kun je zeggen: wat simpel eigenlijk.</w:t>
        <w:br/>
        <w:t xml:space="preserve">   Signaalwoord: achteraf</w:t>
        <w:br/>
        <w:t xml:space="preserve">   Verband: tijdsverloop</w:t>
        <w:br/>
      </w:r>
    </w:p>
    <w:p>
      <w:r>
        <w:t>4. Daardoor kunnen ze eindeloos doorgroeien.</w:t>
        <w:br/>
        <w:t xml:space="preserve">   Signaalwoord: daardoor</w:t>
        <w:br/>
        <w:t xml:space="preserve">   Verband: gevolg</w:t>
        <w:br/>
      </w:r>
    </w:p>
    <w:p>
      <w:r>
        <w:t>5. Maar geen zorgen: de hersenen merken er niets van.</w:t>
        <w:br/>
        <w:t xml:space="preserve">   Signaalwoord: maar</w:t>
        <w:br/>
        <w:t xml:space="preserve">   Verband: tegenstelling</w:t>
        <w:br/>
      </w:r>
    </w:p>
    <w:p>
      <w:r>
        <w:t>6. Net zo min als afgeknipte haren enig benul hebben van hun toestand.</w:t>
        <w:br/>
        <w:t xml:space="preserve">   Signaalwoord: net zo min als</w:t>
        <w:br/>
        <w:t xml:space="preserve">   Verband: vergelijking</w:t>
        <w:br/>
      </w:r>
    </w:p>
    <w:p>
      <w:r>
        <w:t>7. Aangezien de minihersentjes uit Utrecht vereeuwigd zijn in hun groeispurt, waaieren genetische veranderingen die je erin aanbrengt makkelijk uit.</w:t>
        <w:br/>
        <w:t xml:space="preserve">   Signaalwoord: aangezien</w:t>
        <w:br/>
        <w:t xml:space="preserve">   Verband: reden / verklaring</w:t>
        <w:br/>
      </w:r>
    </w:p>
    <w:p>
      <w:r>
        <w:t>8. Toch zien gebruikers zoals De Witte ook een nadeel.</w:t>
        <w:br/>
        <w:t xml:space="preserve">   Signaalwoord: toch</w:t>
        <w:br/>
        <w:t xml:space="preserve">   Verband: tegenstelling</w:t>
        <w:br/>
      </w:r>
    </w:p>
    <w:p>
      <w:r>
        <w:t>9. Voordat je je data kunt repliceren, zijn er alweer twintig nieuwe modellen gepubliceerd.</w:t>
        <w:br/>
        <w:t xml:space="preserve">   Signaalwoord: voordat</w:t>
        <w:br/>
        <w:t xml:space="preserve">   Verband: tijdsverloop</w:t>
        <w:br/>
      </w:r>
    </w:p>
    <w:p>
      <w:r>
        <w:t>10. Om een goede wetenschapper te zijn, moet je eigenlijk elke ochtend een halfuur gaan zitten om ze te bekijken en na te denken over wat je ziet.</w:t>
        <w:br/>
        <w:t xml:space="preserve">   Signaalwoord: om te</w:t>
        <w:br/>
        <w:t xml:space="preserve">   Verband: doel</w:t>
        <w:br/>
      </w:r>
    </w:p>
    <w:p>
      <w:pPr>
        <w:pStyle w:val="Heading2"/>
      </w:pPr>
      <w:r>
        <w:t>B. Verborgen signaalwoorden</w:t>
      </w:r>
    </w:p>
    <w:p>
      <w:r>
        <w:t>1. Plus dat al die innovatie niet per se goed is voor de goede wetenschappelijke gewoonte om onderzoeksresultaten te ‘repliceren’.</w:t>
        <w:br/>
        <w:t xml:space="preserve">   Signaalwoord: plus dat</w:t>
        <w:br/>
        <w:t xml:space="preserve">   Verband: opsomming / toevoeging</w:t>
        <w:br/>
      </w:r>
    </w:p>
    <w:p>
      <w:r>
        <w:t>2. Zelf onderzoekt De Witte hoe psychiatrische ziekten ontstaan: ‘En ik zou wel willen weten: voor welke toepassingen is dit model nu beter?’</w:t>
        <w:br/>
        <w:t xml:space="preserve">   Signaalwoord: nu</w:t>
        <w:br/>
        <w:t xml:space="preserve">   Verband: verduidelijking / tijd</w:t>
        <w:br/>
      </w:r>
    </w:p>
    <w:p>
      <w:r>
        <w:t>3. Dat is nog zoeken, erkennen ook Hendriks en Artegiani.</w:t>
        <w:br/>
        <w:t xml:space="preserve">   Signaalwoord: ook</w:t>
        <w:br/>
        <w:t xml:space="preserve">   Verband: opsomming / instemming</w:t>
        <w:br/>
      </w:r>
    </w:p>
    <w:p>
      <w:r>
        <w:t>4. Zelf werkt hij aan nieuwe miniversies van de hormoonproducerende weefsels van de alvleesklier.</w:t>
        <w:br/>
        <w:t xml:space="preserve">   Signaalwoord: zelf</w:t>
        <w:br/>
        <w:t xml:space="preserve">   Verband: tegenstelling / nadruk</w:t>
        <w:br/>
      </w:r>
    </w:p>
    <w:p>
      <w:r>
        <w:t>5. Ook daarin zit een stamcel die maar kortdurend leeft, rond de veertiende en vijftiende week van de zwangerschap.</w:t>
        <w:br/>
        <w:t xml:space="preserve">   Signaalwoord: ook daarin</w:t>
        <w:br/>
        <w:t xml:space="preserve">   Verband: opsomming / uitbreiding</w:t>
        <w:br/>
      </w:r>
    </w:p>
    <w:p>
      <w:r>
        <w:t>6. Misschien kunnen we die ook in dat stadium houden, en daarmee een lijn organoïden maken.</w:t>
        <w:br/>
        <w:t xml:space="preserve">   Signaalwoord: misschien</w:t>
        <w:br/>
        <w:t xml:space="preserve">   Verband: nuancering / voorbehoud</w:t>
        <w:br/>
      </w:r>
    </w:p>
    <w:p>
      <w:r>
        <w:t>7. En wie weet wat de witte vlokjes nog te vertellen hebben.</w:t>
        <w:br/>
        <w:t xml:space="preserve">   Signaalwoord: wie weet</w:t>
        <w:br/>
        <w:t xml:space="preserve">   Verband: voorbehoud / veronderstelling</w:t>
        <w:br/>
      </w:r>
    </w:p>
    <w:p>
      <w:r>
        <w:t>8. Om een goede wetenschapper te zijn, moet je eigenlijk elke ochtend een halfuur gaan zitten om ze te bekijken en na te denken over wat je ziet.</w:t>
        <w:br/>
        <w:t xml:space="preserve">   Signaalwoord: eigenlijk</w:t>
        <w:br/>
        <w:t xml:space="preserve">   Verband: nuancering / relativering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